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6840000" cy="967529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40000" cy="9675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6840000" cy="967529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40000" cy="9675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6840000" cy="967529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0" cy="967529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