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840000" cy="96752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6840000" cy="967529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967529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